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5270" w14:textId="77777777" w:rsidR="00E633F6" w:rsidRDefault="00E633F6" w:rsidP="00E633F6">
      <w:pPr>
        <w:spacing w:after="40"/>
        <w:jc w:val="center"/>
        <w:rPr>
          <w:rFonts w:ascii="Blogger Sans" w:hAnsi="Blogger Sans"/>
          <w:b/>
          <w:color w:val="005B99"/>
          <w:sz w:val="34"/>
        </w:rPr>
      </w:pPr>
      <w:r>
        <w:rPr>
          <w:noProof/>
        </w:rPr>
        <w:drawing>
          <wp:inline distT="0" distB="0" distL="0" distR="0" wp14:anchorId="500D32C8" wp14:editId="2561F9F3">
            <wp:extent cx="2889250" cy="1086485"/>
            <wp:effectExtent l="0" t="0" r="6350" b="0"/>
            <wp:docPr id="448" name="Grafik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9250" cy="1086485"/>
                    </a:xfrm>
                    <a:prstGeom prst="rect">
                      <a:avLst/>
                    </a:prstGeom>
                    <a:noFill/>
                    <a:ln>
                      <a:noFill/>
                    </a:ln>
                  </pic:spPr>
                </pic:pic>
              </a:graphicData>
            </a:graphic>
          </wp:inline>
        </w:drawing>
      </w:r>
    </w:p>
    <w:p w14:paraId="16042C11" w14:textId="0DE973B4" w:rsidR="00CB7777" w:rsidRDefault="003260DD" w:rsidP="00E633F6">
      <w:pPr>
        <w:spacing w:after="40"/>
        <w:jc w:val="center"/>
        <w:rPr>
          <w:rFonts w:ascii="Blogger Sans" w:hAnsi="Blogger Sans"/>
          <w:b/>
          <w:color w:val="005B99"/>
          <w:sz w:val="34"/>
        </w:rPr>
      </w:pPr>
      <w:proofErr w:type="spellStart"/>
      <w:r w:rsidRPr="00DB1589">
        <w:rPr>
          <w:rFonts w:ascii="Blogger Sans" w:hAnsi="Blogger Sans"/>
          <w:b/>
          <w:color w:val="005B99"/>
          <w:sz w:val="34"/>
        </w:rPr>
        <w:t>Aufnahmeantrag</w:t>
      </w:r>
      <w:proofErr w:type="spellEnd"/>
      <w:r w:rsidRPr="00DB1589">
        <w:rPr>
          <w:rFonts w:ascii="Blogger Sans" w:hAnsi="Blogger Sans"/>
          <w:b/>
          <w:color w:val="005B99"/>
          <w:sz w:val="34"/>
        </w:rPr>
        <w:t xml:space="preserve"> für Kinder und </w:t>
      </w:r>
      <w:proofErr w:type="spellStart"/>
      <w:r w:rsidRPr="00DB1589">
        <w:rPr>
          <w:rFonts w:ascii="Blogger Sans" w:hAnsi="Blogger Sans"/>
          <w:b/>
          <w:color w:val="005B99"/>
          <w:sz w:val="34"/>
        </w:rPr>
        <w:t>Jugendliche</w:t>
      </w:r>
      <w:proofErr w:type="spellEnd"/>
    </w:p>
    <w:p w14:paraId="1BF2EEFE" w14:textId="77777777" w:rsidR="00E633F6" w:rsidRDefault="00E633F6" w:rsidP="00E633F6">
      <w:pPr>
        <w:spacing w:after="40"/>
        <w:rPr>
          <w:rFonts w:ascii="Blogger Sans" w:hAnsi="Blogger Sans"/>
          <w:b/>
          <w:color w:val="005B99"/>
          <w:sz w:val="34"/>
        </w:rPr>
      </w:pPr>
    </w:p>
    <w:p w14:paraId="391B398E" w14:textId="77777777" w:rsidR="00CB7777" w:rsidRPr="00DB1589" w:rsidRDefault="003260DD">
      <w:pPr>
        <w:spacing w:after="160"/>
        <w:jc w:val="center"/>
        <w:rPr>
          <w:rFonts w:ascii="Blogger Sans" w:hAnsi="Blogger Sans"/>
        </w:rPr>
      </w:pPr>
      <w:r w:rsidRPr="00DB1589">
        <w:rPr>
          <w:rFonts w:ascii="Blogger Sans" w:hAnsi="Blogger Sans"/>
          <w:i/>
          <w:sz w:val="22"/>
        </w:rPr>
        <w:t>(</w:t>
      </w:r>
      <w:proofErr w:type="spellStart"/>
      <w:r w:rsidRPr="00DB1589">
        <w:rPr>
          <w:rFonts w:ascii="Blogger Sans" w:hAnsi="Blogger Sans"/>
          <w:i/>
          <w:sz w:val="22"/>
        </w:rPr>
        <w:t>unter</w:t>
      </w:r>
      <w:proofErr w:type="spellEnd"/>
      <w:r w:rsidRPr="00DB1589">
        <w:rPr>
          <w:rFonts w:ascii="Blogger Sans" w:hAnsi="Blogger Sans"/>
          <w:i/>
          <w:sz w:val="22"/>
        </w:rPr>
        <w:t xml:space="preserve"> 18 Jahren)</w:t>
      </w:r>
    </w:p>
    <w:tbl>
      <w:tblPr>
        <w:tblW w:w="0" w:type="auto"/>
        <w:jc w:val="center"/>
        <w:tblLayout w:type="fixed"/>
        <w:tblLook w:val="04A0" w:firstRow="1" w:lastRow="0" w:firstColumn="1" w:lastColumn="0" w:noHBand="0" w:noVBand="1"/>
      </w:tblPr>
      <w:tblGrid>
        <w:gridCol w:w="9298"/>
      </w:tblGrid>
      <w:tr w:rsidR="00CB7777" w:rsidRPr="00DB1589" w14:paraId="7C26190E" w14:textId="77777777">
        <w:trPr>
          <w:jc w:val="center"/>
        </w:trPr>
        <w:tc>
          <w:tcPr>
            <w:tcW w:w="9298" w:type="dxa"/>
            <w:tcBorders>
              <w:top w:val="single" w:sz="6" w:space="0" w:color="9CB7C8"/>
              <w:left w:val="single" w:sz="6" w:space="0" w:color="9CB7C8"/>
              <w:bottom w:val="single" w:sz="6" w:space="0" w:color="9CB7C8"/>
              <w:right w:val="single" w:sz="6" w:space="0" w:color="9CB7C8"/>
            </w:tcBorders>
            <w:shd w:val="clear" w:color="auto" w:fill="F4F7F9"/>
            <w:tcMar>
              <w:top w:w="140" w:type="dxa"/>
              <w:left w:w="180" w:type="dxa"/>
              <w:bottom w:w="140" w:type="dxa"/>
              <w:right w:w="180" w:type="dxa"/>
            </w:tcMar>
          </w:tcPr>
          <w:p w14:paraId="72FDCE8A" w14:textId="7D55546E" w:rsidR="00E633F6" w:rsidRPr="00DB1589" w:rsidRDefault="00E633F6" w:rsidP="00E633F6">
            <w:pPr>
              <w:spacing w:after="40"/>
              <w:rPr>
                <w:rFonts w:ascii="Blogger Sans" w:hAnsi="Blogger Sans"/>
              </w:rPr>
            </w:pPr>
            <w:r>
              <w:rPr>
                <w:rFonts w:ascii="Blogger Sans" w:hAnsi="Blogger Sans"/>
                <w:b/>
                <w:color w:val="005B99"/>
                <w:sz w:val="34"/>
              </w:rPr>
              <w:t>Der Kinderschutzbund Ort</w:t>
            </w:r>
            <w:r w:rsidR="005346BD">
              <w:rPr>
                <w:rFonts w:ascii="Blogger Sans" w:hAnsi="Blogger Sans"/>
                <w:b/>
                <w:color w:val="005B99"/>
                <w:sz w:val="34"/>
              </w:rPr>
              <w:t>s</w:t>
            </w:r>
            <w:r>
              <w:rPr>
                <w:rFonts w:ascii="Blogger Sans" w:hAnsi="Blogger Sans"/>
                <w:b/>
                <w:color w:val="005B99"/>
                <w:sz w:val="34"/>
              </w:rPr>
              <w:t>verband Sa</w:t>
            </w:r>
            <w:r w:rsidR="005346BD">
              <w:rPr>
                <w:rFonts w:ascii="Blogger Sans" w:hAnsi="Blogger Sans"/>
                <w:b/>
                <w:color w:val="005B99"/>
                <w:sz w:val="34"/>
              </w:rPr>
              <w:t>n</w:t>
            </w:r>
            <w:r>
              <w:rPr>
                <w:rFonts w:ascii="Blogger Sans" w:hAnsi="Blogger Sans"/>
                <w:b/>
                <w:color w:val="005B99"/>
                <w:sz w:val="34"/>
              </w:rPr>
              <w:t xml:space="preserve">kt Augustin, </w:t>
            </w:r>
            <w:proofErr w:type="spellStart"/>
            <w:r>
              <w:rPr>
                <w:rFonts w:ascii="Blogger Sans" w:hAnsi="Blogger Sans"/>
                <w:b/>
                <w:color w:val="005B99"/>
                <w:sz w:val="34"/>
              </w:rPr>
              <w:t>Kölnstraße</w:t>
            </w:r>
            <w:proofErr w:type="spellEnd"/>
            <w:r>
              <w:rPr>
                <w:rFonts w:ascii="Blogger Sans" w:hAnsi="Blogger Sans"/>
                <w:b/>
                <w:color w:val="005B99"/>
                <w:sz w:val="34"/>
              </w:rPr>
              <w:t xml:space="preserve"> 112-114 in 53757 Sankt Augustin</w:t>
            </w:r>
          </w:p>
          <w:p w14:paraId="647BCAF6" w14:textId="49296EED" w:rsidR="00CB7777" w:rsidRPr="00DB1589" w:rsidRDefault="00CB7777">
            <w:pPr>
              <w:spacing w:after="0"/>
              <w:rPr>
                <w:rFonts w:ascii="Blogger Sans" w:hAnsi="Blogger Sans"/>
              </w:rPr>
            </w:pPr>
          </w:p>
        </w:tc>
      </w:tr>
    </w:tbl>
    <w:p w14:paraId="5C9C182F" w14:textId="77777777" w:rsidR="00CB7777" w:rsidRPr="00DB1589" w:rsidRDefault="00CB7777">
      <w:pPr>
        <w:spacing w:after="0"/>
        <w:rPr>
          <w:rFonts w:ascii="Blogger Sans" w:hAnsi="Blogger Sans"/>
        </w:rPr>
      </w:pPr>
    </w:p>
    <w:p w14:paraId="6B58A4B4" w14:textId="77777777" w:rsidR="00CB7777" w:rsidRPr="00DB1589" w:rsidRDefault="003260DD">
      <w:pPr>
        <w:spacing w:before="100" w:after="100"/>
        <w:rPr>
          <w:rFonts w:ascii="Blogger Sans" w:hAnsi="Blogger Sans"/>
        </w:rPr>
      </w:pPr>
      <w:r w:rsidRPr="00DB1589">
        <w:rPr>
          <w:rFonts w:ascii="Blogger Sans" w:hAnsi="Blogger Sans"/>
          <w:b/>
          <w:color w:val="005B99"/>
          <w:sz w:val="24"/>
        </w:rPr>
        <w:t>1. Angaben zum Kind oder zur/zum Jugendlichen</w:t>
      </w:r>
    </w:p>
    <w:tbl>
      <w:tblPr>
        <w:tblW w:w="0" w:type="auto"/>
        <w:jc w:val="center"/>
        <w:tblLayout w:type="fixed"/>
        <w:tblLook w:val="04A0" w:firstRow="1" w:lastRow="0" w:firstColumn="1" w:lastColumn="0" w:noHBand="0" w:noVBand="1"/>
      </w:tblPr>
      <w:tblGrid>
        <w:gridCol w:w="2835"/>
        <w:gridCol w:w="6463"/>
      </w:tblGrid>
      <w:tr w:rsidR="00CB7777" w:rsidRPr="00DB1589" w14:paraId="4D637100"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42B3813B" w14:textId="77777777" w:rsidR="00CB7777" w:rsidRPr="00DB1589" w:rsidRDefault="003260DD">
            <w:pPr>
              <w:spacing w:after="0"/>
              <w:rPr>
                <w:rFonts w:ascii="Blogger Sans" w:hAnsi="Blogger Sans"/>
              </w:rPr>
            </w:pPr>
            <w:r w:rsidRPr="00DB1589">
              <w:rPr>
                <w:rFonts w:ascii="Blogger Sans" w:hAnsi="Blogger Sans"/>
                <w:b/>
                <w:sz w:val="19"/>
              </w:rPr>
              <w:t>Name, Vorname</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7B718760" w14:textId="77777777" w:rsidR="00CB7777" w:rsidRPr="00DB1589" w:rsidRDefault="00CB7777">
            <w:pPr>
              <w:spacing w:after="0"/>
              <w:rPr>
                <w:rFonts w:ascii="Blogger Sans" w:hAnsi="Blogger Sans"/>
              </w:rPr>
            </w:pPr>
          </w:p>
        </w:tc>
      </w:tr>
      <w:tr w:rsidR="00CB7777" w:rsidRPr="00DB1589" w14:paraId="0EC70DD5"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7AF2E20A" w14:textId="77777777" w:rsidR="00CB7777" w:rsidRPr="00DB1589" w:rsidRDefault="003260DD">
            <w:pPr>
              <w:spacing w:after="0"/>
              <w:rPr>
                <w:rFonts w:ascii="Blogger Sans" w:hAnsi="Blogger Sans"/>
              </w:rPr>
            </w:pPr>
            <w:r w:rsidRPr="00DB1589">
              <w:rPr>
                <w:rFonts w:ascii="Blogger Sans" w:hAnsi="Blogger Sans"/>
                <w:b/>
                <w:sz w:val="19"/>
              </w:rPr>
              <w:t>Geburtsdatum</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52D6A00E" w14:textId="77777777" w:rsidR="00CB7777" w:rsidRPr="00DB1589" w:rsidRDefault="003260DD">
            <w:pPr>
              <w:spacing w:after="0"/>
              <w:rPr>
                <w:rFonts w:ascii="Blogger Sans" w:hAnsi="Blogger Sans"/>
              </w:rPr>
            </w:pPr>
            <w:r w:rsidRPr="00DB1589">
              <w:rPr>
                <w:rFonts w:ascii="Blogger Sans" w:hAnsi="Blogger Sans"/>
                <w:color w:val="646464"/>
                <w:sz w:val="19"/>
              </w:rPr>
              <w:t>TT.MM.JJJJ</w:t>
            </w:r>
          </w:p>
        </w:tc>
      </w:tr>
      <w:tr w:rsidR="00CB7777" w:rsidRPr="00DB1589" w14:paraId="7BEB7470"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056A6891" w14:textId="77777777" w:rsidR="00CB7777" w:rsidRPr="00DB1589" w:rsidRDefault="003260DD">
            <w:pPr>
              <w:spacing w:after="0"/>
              <w:rPr>
                <w:rFonts w:ascii="Blogger Sans" w:hAnsi="Blogger Sans"/>
              </w:rPr>
            </w:pPr>
            <w:r w:rsidRPr="00DB1589">
              <w:rPr>
                <w:rFonts w:ascii="Blogger Sans" w:hAnsi="Blogger Sans"/>
                <w:b/>
                <w:sz w:val="19"/>
              </w:rPr>
              <w:t>Anschrift</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5E3A4164" w14:textId="77777777" w:rsidR="00CB7777" w:rsidRPr="00DB1589" w:rsidRDefault="003260DD">
            <w:pPr>
              <w:spacing w:after="0"/>
              <w:rPr>
                <w:rFonts w:ascii="Blogger Sans" w:hAnsi="Blogger Sans"/>
              </w:rPr>
            </w:pPr>
            <w:r w:rsidRPr="00DB1589">
              <w:rPr>
                <w:rFonts w:ascii="Blogger Sans" w:hAnsi="Blogger Sans"/>
                <w:color w:val="646464"/>
                <w:sz w:val="19"/>
              </w:rPr>
              <w:t>Straße, Hausnummer, PLZ, Ort</w:t>
            </w:r>
          </w:p>
        </w:tc>
      </w:tr>
      <w:tr w:rsidR="00CB7777" w:rsidRPr="00DB1589" w14:paraId="5C4546C2"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12DEE819" w14:textId="77777777" w:rsidR="00CB7777" w:rsidRPr="00DB1589" w:rsidRDefault="003260DD">
            <w:pPr>
              <w:spacing w:after="0"/>
              <w:rPr>
                <w:rFonts w:ascii="Blogger Sans" w:hAnsi="Blogger Sans"/>
              </w:rPr>
            </w:pPr>
            <w:r w:rsidRPr="00DB1589">
              <w:rPr>
                <w:rFonts w:ascii="Blogger Sans" w:hAnsi="Blogger Sans"/>
                <w:b/>
                <w:sz w:val="19"/>
              </w:rPr>
              <w:t>E-Mail (optional)</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0C7AC0DB" w14:textId="77777777" w:rsidR="00CB7777" w:rsidRPr="00DB1589" w:rsidRDefault="00CB7777">
            <w:pPr>
              <w:spacing w:after="0"/>
              <w:rPr>
                <w:rFonts w:ascii="Blogger Sans" w:hAnsi="Blogger Sans"/>
              </w:rPr>
            </w:pPr>
          </w:p>
        </w:tc>
      </w:tr>
      <w:tr w:rsidR="00CB7777" w:rsidRPr="00DB1589" w14:paraId="5FBCD170"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68B858F7" w14:textId="77777777" w:rsidR="00CB7777" w:rsidRPr="00DB1589" w:rsidRDefault="003260DD">
            <w:pPr>
              <w:spacing w:after="0"/>
              <w:rPr>
                <w:rFonts w:ascii="Blogger Sans" w:hAnsi="Blogger Sans"/>
              </w:rPr>
            </w:pPr>
            <w:r w:rsidRPr="00DB1589">
              <w:rPr>
                <w:rFonts w:ascii="Blogger Sans" w:hAnsi="Blogger Sans"/>
                <w:b/>
                <w:sz w:val="19"/>
              </w:rPr>
              <w:t>Telefon (optional)</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0339E96E" w14:textId="77777777" w:rsidR="00CB7777" w:rsidRPr="00DB1589" w:rsidRDefault="00CB7777">
            <w:pPr>
              <w:spacing w:after="0"/>
              <w:rPr>
                <w:rFonts w:ascii="Blogger Sans" w:hAnsi="Blogger Sans"/>
              </w:rPr>
            </w:pPr>
          </w:p>
        </w:tc>
      </w:tr>
    </w:tbl>
    <w:p w14:paraId="69BBA388" w14:textId="77777777" w:rsidR="00CB7777" w:rsidRPr="00DB1589" w:rsidRDefault="00CB7777">
      <w:pPr>
        <w:spacing w:after="0"/>
        <w:rPr>
          <w:rFonts w:ascii="Blogger Sans" w:hAnsi="Blogger Sans"/>
        </w:rPr>
      </w:pPr>
    </w:p>
    <w:p w14:paraId="5E7D9430" w14:textId="77777777" w:rsidR="00CB7777" w:rsidRPr="00DB1589" w:rsidRDefault="003260DD">
      <w:pPr>
        <w:spacing w:before="100" w:after="100"/>
        <w:rPr>
          <w:rFonts w:ascii="Blogger Sans" w:hAnsi="Blogger Sans"/>
        </w:rPr>
      </w:pPr>
      <w:r w:rsidRPr="00DB1589">
        <w:rPr>
          <w:rFonts w:ascii="Blogger Sans" w:hAnsi="Blogger Sans"/>
          <w:b/>
          <w:color w:val="005B99"/>
          <w:sz w:val="24"/>
        </w:rPr>
        <w:t>2. Angaben der Sorgeberechtigten</w:t>
      </w:r>
    </w:p>
    <w:tbl>
      <w:tblPr>
        <w:tblW w:w="0" w:type="auto"/>
        <w:jc w:val="center"/>
        <w:tblLayout w:type="fixed"/>
        <w:tblLook w:val="04A0" w:firstRow="1" w:lastRow="0" w:firstColumn="1" w:lastColumn="0" w:noHBand="0" w:noVBand="1"/>
      </w:tblPr>
      <w:tblGrid>
        <w:gridCol w:w="2835"/>
        <w:gridCol w:w="6463"/>
      </w:tblGrid>
      <w:tr w:rsidR="00CB7777" w:rsidRPr="00DB1589" w14:paraId="23D89AB0"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12AAD1FA" w14:textId="77777777" w:rsidR="00CB7777" w:rsidRPr="00DB1589" w:rsidRDefault="003260DD">
            <w:pPr>
              <w:spacing w:after="0"/>
              <w:rPr>
                <w:rFonts w:ascii="Blogger Sans" w:hAnsi="Blogger Sans"/>
              </w:rPr>
            </w:pPr>
            <w:r w:rsidRPr="00DB1589">
              <w:rPr>
                <w:rFonts w:ascii="Blogger Sans" w:hAnsi="Blogger Sans"/>
                <w:b/>
                <w:sz w:val="19"/>
              </w:rPr>
              <w:t>Sorgeberechtigte Person 1</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3E4623CF" w14:textId="77777777" w:rsidR="00CB7777" w:rsidRPr="00DB1589" w:rsidRDefault="003260DD">
            <w:pPr>
              <w:spacing w:after="0"/>
              <w:rPr>
                <w:rFonts w:ascii="Blogger Sans" w:hAnsi="Blogger Sans"/>
              </w:rPr>
            </w:pPr>
            <w:r w:rsidRPr="00DB1589">
              <w:rPr>
                <w:rFonts w:ascii="Blogger Sans" w:hAnsi="Blogger Sans"/>
                <w:color w:val="646464"/>
                <w:sz w:val="19"/>
              </w:rPr>
              <w:t>Name, Vorname</w:t>
            </w:r>
          </w:p>
        </w:tc>
      </w:tr>
      <w:tr w:rsidR="00CB7777" w:rsidRPr="00DB1589" w14:paraId="2D59665E"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47B30749" w14:textId="77777777" w:rsidR="00CB7777" w:rsidRPr="00DB1589" w:rsidRDefault="003260DD">
            <w:pPr>
              <w:spacing w:after="0"/>
              <w:rPr>
                <w:rFonts w:ascii="Blogger Sans" w:hAnsi="Blogger Sans"/>
              </w:rPr>
            </w:pPr>
            <w:r w:rsidRPr="00DB1589">
              <w:rPr>
                <w:rFonts w:ascii="Blogger Sans" w:hAnsi="Blogger Sans"/>
                <w:b/>
                <w:sz w:val="19"/>
              </w:rPr>
              <w:t>Anschrift</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3A2B61F2" w14:textId="77777777" w:rsidR="00CB7777" w:rsidRPr="00DB1589" w:rsidRDefault="003260DD">
            <w:pPr>
              <w:spacing w:after="0"/>
              <w:rPr>
                <w:rFonts w:ascii="Blogger Sans" w:hAnsi="Blogger Sans"/>
              </w:rPr>
            </w:pPr>
            <w:r w:rsidRPr="00DB1589">
              <w:rPr>
                <w:rFonts w:ascii="Blogger Sans" w:hAnsi="Blogger Sans"/>
                <w:color w:val="646464"/>
                <w:sz w:val="19"/>
              </w:rPr>
              <w:t>falls abweichend</w:t>
            </w:r>
          </w:p>
        </w:tc>
      </w:tr>
      <w:tr w:rsidR="00CB7777" w:rsidRPr="00DB1589" w14:paraId="601A58CC"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59B8FBBD" w14:textId="77777777" w:rsidR="00CB7777" w:rsidRPr="00DB1589" w:rsidRDefault="003260DD">
            <w:pPr>
              <w:spacing w:after="0"/>
              <w:rPr>
                <w:rFonts w:ascii="Blogger Sans" w:hAnsi="Blogger Sans"/>
              </w:rPr>
            </w:pPr>
            <w:r w:rsidRPr="00DB1589">
              <w:rPr>
                <w:rFonts w:ascii="Blogger Sans" w:hAnsi="Blogger Sans"/>
                <w:b/>
                <w:sz w:val="19"/>
              </w:rPr>
              <w:t>E-Mail</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289E6877" w14:textId="77777777" w:rsidR="00CB7777" w:rsidRPr="00DB1589" w:rsidRDefault="00CB7777">
            <w:pPr>
              <w:spacing w:after="0"/>
              <w:rPr>
                <w:rFonts w:ascii="Blogger Sans" w:hAnsi="Blogger Sans"/>
              </w:rPr>
            </w:pPr>
          </w:p>
        </w:tc>
      </w:tr>
      <w:tr w:rsidR="00CB7777" w:rsidRPr="00DB1589" w14:paraId="2B1F0D1C"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6DCD7375" w14:textId="77777777" w:rsidR="00CB7777" w:rsidRPr="00DB1589" w:rsidRDefault="003260DD">
            <w:pPr>
              <w:spacing w:after="0"/>
              <w:rPr>
                <w:rFonts w:ascii="Blogger Sans" w:hAnsi="Blogger Sans"/>
              </w:rPr>
            </w:pPr>
            <w:r w:rsidRPr="00DB1589">
              <w:rPr>
                <w:rFonts w:ascii="Blogger Sans" w:hAnsi="Blogger Sans"/>
                <w:b/>
                <w:sz w:val="19"/>
              </w:rPr>
              <w:t>Telefon</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7DD3382D" w14:textId="77777777" w:rsidR="00CB7777" w:rsidRPr="00DB1589" w:rsidRDefault="00CB7777">
            <w:pPr>
              <w:spacing w:after="0"/>
              <w:rPr>
                <w:rFonts w:ascii="Blogger Sans" w:hAnsi="Blogger Sans"/>
              </w:rPr>
            </w:pPr>
          </w:p>
        </w:tc>
      </w:tr>
      <w:tr w:rsidR="00CB7777" w:rsidRPr="00DB1589" w14:paraId="7854C4B1"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6146C143" w14:textId="77777777" w:rsidR="00CB7777" w:rsidRPr="00DB1589" w:rsidRDefault="003260DD">
            <w:pPr>
              <w:spacing w:after="0"/>
              <w:rPr>
                <w:rFonts w:ascii="Blogger Sans" w:hAnsi="Blogger Sans"/>
              </w:rPr>
            </w:pPr>
            <w:r w:rsidRPr="00DB1589">
              <w:rPr>
                <w:rFonts w:ascii="Blogger Sans" w:hAnsi="Blogger Sans"/>
                <w:b/>
                <w:sz w:val="19"/>
              </w:rPr>
              <w:t>Sorgeberechtigte Person 2</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72711C3A" w14:textId="77777777" w:rsidR="00CB7777" w:rsidRPr="00DB1589" w:rsidRDefault="003260DD">
            <w:pPr>
              <w:spacing w:after="0"/>
              <w:rPr>
                <w:rFonts w:ascii="Blogger Sans" w:hAnsi="Blogger Sans"/>
              </w:rPr>
            </w:pPr>
            <w:r w:rsidRPr="00DB1589">
              <w:rPr>
                <w:rFonts w:ascii="Blogger Sans" w:hAnsi="Blogger Sans"/>
                <w:color w:val="646464"/>
                <w:sz w:val="19"/>
              </w:rPr>
              <w:t>Name, Vorname; falls zutreffend</w:t>
            </w:r>
          </w:p>
        </w:tc>
      </w:tr>
      <w:tr w:rsidR="00CB7777" w:rsidRPr="00DB1589" w14:paraId="59E8C538"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670AC298" w14:textId="77777777" w:rsidR="00CB7777" w:rsidRPr="00DB1589" w:rsidRDefault="003260DD">
            <w:pPr>
              <w:spacing w:after="0"/>
              <w:rPr>
                <w:rFonts w:ascii="Blogger Sans" w:hAnsi="Blogger Sans"/>
              </w:rPr>
            </w:pPr>
            <w:r w:rsidRPr="00DB1589">
              <w:rPr>
                <w:rFonts w:ascii="Blogger Sans" w:hAnsi="Blogger Sans"/>
                <w:b/>
                <w:sz w:val="19"/>
              </w:rPr>
              <w:t>Anschrift</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22D82AA5" w14:textId="77777777" w:rsidR="00CB7777" w:rsidRPr="00DB1589" w:rsidRDefault="003260DD">
            <w:pPr>
              <w:spacing w:after="0"/>
              <w:rPr>
                <w:rFonts w:ascii="Blogger Sans" w:hAnsi="Blogger Sans"/>
              </w:rPr>
            </w:pPr>
            <w:r w:rsidRPr="00DB1589">
              <w:rPr>
                <w:rFonts w:ascii="Blogger Sans" w:hAnsi="Blogger Sans"/>
                <w:color w:val="646464"/>
                <w:sz w:val="19"/>
              </w:rPr>
              <w:t>falls abweichend</w:t>
            </w:r>
          </w:p>
        </w:tc>
      </w:tr>
      <w:tr w:rsidR="00CB7777" w:rsidRPr="00DB1589" w14:paraId="39B46BB2"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51E2E7E9" w14:textId="77777777" w:rsidR="00CB7777" w:rsidRPr="00DB1589" w:rsidRDefault="003260DD">
            <w:pPr>
              <w:spacing w:after="0"/>
              <w:rPr>
                <w:rFonts w:ascii="Blogger Sans" w:hAnsi="Blogger Sans"/>
              </w:rPr>
            </w:pPr>
            <w:r w:rsidRPr="00DB1589">
              <w:rPr>
                <w:rFonts w:ascii="Blogger Sans" w:hAnsi="Blogger Sans"/>
                <w:b/>
                <w:sz w:val="19"/>
              </w:rPr>
              <w:t>E-Mail</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08E7A512" w14:textId="77777777" w:rsidR="00CB7777" w:rsidRPr="00DB1589" w:rsidRDefault="00CB7777">
            <w:pPr>
              <w:spacing w:after="0"/>
              <w:rPr>
                <w:rFonts w:ascii="Blogger Sans" w:hAnsi="Blogger Sans"/>
              </w:rPr>
            </w:pPr>
          </w:p>
        </w:tc>
      </w:tr>
      <w:tr w:rsidR="00CB7777" w:rsidRPr="00DB1589" w14:paraId="514086A4" w14:textId="77777777">
        <w:trPr>
          <w:cantSplit/>
          <w:jc w:val="center"/>
        </w:trPr>
        <w:tc>
          <w:tcPr>
            <w:tcW w:w="2835" w:type="dxa"/>
            <w:tcBorders>
              <w:top w:val="single" w:sz="4" w:space="0" w:color="B7C9D6"/>
              <w:left w:val="single" w:sz="4" w:space="0" w:color="B7C9D6"/>
              <w:bottom w:val="single" w:sz="4" w:space="0" w:color="B7C9D6"/>
              <w:right w:val="single" w:sz="4" w:space="0" w:color="B7C9D6"/>
            </w:tcBorders>
            <w:shd w:val="clear" w:color="auto" w:fill="EAF2F8"/>
            <w:tcMar>
              <w:top w:w="125" w:type="dxa"/>
              <w:left w:w="150" w:type="dxa"/>
              <w:bottom w:w="125" w:type="dxa"/>
              <w:right w:w="150" w:type="dxa"/>
            </w:tcMar>
            <w:vAlign w:val="center"/>
          </w:tcPr>
          <w:p w14:paraId="5994626E" w14:textId="77777777" w:rsidR="00CB7777" w:rsidRPr="00DB1589" w:rsidRDefault="003260DD">
            <w:pPr>
              <w:spacing w:after="0"/>
              <w:rPr>
                <w:rFonts w:ascii="Blogger Sans" w:hAnsi="Blogger Sans"/>
              </w:rPr>
            </w:pPr>
            <w:r w:rsidRPr="00DB1589">
              <w:rPr>
                <w:rFonts w:ascii="Blogger Sans" w:hAnsi="Blogger Sans"/>
                <w:b/>
                <w:sz w:val="19"/>
              </w:rPr>
              <w:t>Telefon</w:t>
            </w:r>
          </w:p>
        </w:tc>
        <w:tc>
          <w:tcPr>
            <w:tcW w:w="6463" w:type="dxa"/>
            <w:tcBorders>
              <w:top w:val="single" w:sz="4" w:space="0" w:color="B7C9D6"/>
              <w:left w:val="single" w:sz="4" w:space="0" w:color="B7C9D6"/>
              <w:bottom w:val="single" w:sz="4" w:space="0" w:color="B7C9D6"/>
              <w:right w:val="single" w:sz="4" w:space="0" w:color="B7C9D6"/>
            </w:tcBorders>
            <w:tcMar>
              <w:top w:w="125" w:type="dxa"/>
              <w:left w:w="150" w:type="dxa"/>
              <w:bottom w:w="125" w:type="dxa"/>
              <w:right w:w="150" w:type="dxa"/>
            </w:tcMar>
            <w:vAlign w:val="center"/>
          </w:tcPr>
          <w:p w14:paraId="2C90FCD7" w14:textId="77777777" w:rsidR="00CB7777" w:rsidRPr="00DB1589" w:rsidRDefault="00CB7777">
            <w:pPr>
              <w:spacing w:after="0"/>
              <w:rPr>
                <w:rFonts w:ascii="Blogger Sans" w:hAnsi="Blogger Sans"/>
              </w:rPr>
            </w:pPr>
          </w:p>
        </w:tc>
      </w:tr>
    </w:tbl>
    <w:p w14:paraId="337A26CF" w14:textId="77777777" w:rsidR="00CB7777" w:rsidRPr="00DB1589" w:rsidRDefault="00CB7777">
      <w:pPr>
        <w:spacing w:after="0"/>
        <w:rPr>
          <w:rFonts w:ascii="Blogger Sans" w:hAnsi="Blogger Sans"/>
        </w:rPr>
      </w:pPr>
    </w:p>
    <w:p w14:paraId="39C88505" w14:textId="77777777" w:rsidR="00F24A36" w:rsidRDefault="00F24A36">
      <w:pPr>
        <w:spacing w:after="200" w:line="276" w:lineRule="auto"/>
        <w:rPr>
          <w:rFonts w:ascii="Blogger Sans" w:hAnsi="Blogger Sans"/>
          <w:b/>
          <w:color w:val="005B99"/>
          <w:sz w:val="24"/>
        </w:rPr>
      </w:pPr>
      <w:r>
        <w:rPr>
          <w:rFonts w:ascii="Blogger Sans" w:hAnsi="Blogger Sans"/>
          <w:b/>
          <w:color w:val="005B99"/>
          <w:sz w:val="24"/>
        </w:rPr>
        <w:br w:type="page"/>
      </w:r>
    </w:p>
    <w:p w14:paraId="6C95F244" w14:textId="46D378A7" w:rsidR="00CB7777" w:rsidRPr="00DB1589" w:rsidRDefault="003260DD">
      <w:pPr>
        <w:spacing w:before="100" w:after="100"/>
        <w:rPr>
          <w:rFonts w:ascii="Blogger Sans" w:hAnsi="Blogger Sans"/>
        </w:rPr>
      </w:pPr>
      <w:r w:rsidRPr="00DB1589">
        <w:rPr>
          <w:rFonts w:ascii="Blogger Sans" w:hAnsi="Blogger Sans"/>
          <w:b/>
          <w:color w:val="005B99"/>
          <w:sz w:val="24"/>
        </w:rPr>
        <w:lastRenderedPageBreak/>
        <w:t>3. Antrag und Zustimmung</w:t>
      </w:r>
    </w:p>
    <w:p w14:paraId="4F7BFB96" w14:textId="0211CDDD" w:rsidR="00CB7777" w:rsidRPr="00DB1589" w:rsidRDefault="003260DD">
      <w:pPr>
        <w:spacing w:after="100"/>
        <w:rPr>
          <w:rFonts w:ascii="Blogger Sans" w:hAnsi="Blogger Sans"/>
        </w:rPr>
      </w:pPr>
      <w:r w:rsidRPr="00DB1589">
        <w:rPr>
          <w:rFonts w:ascii="Blogger Sans" w:hAnsi="Blogger Sans"/>
        </w:rPr>
        <w:t xml:space="preserve">Ich/Wir beantrage(n) die Mitgliedschaft des oben genannten Kindes bzw. der/des </w:t>
      </w:r>
      <w:proofErr w:type="spellStart"/>
      <w:r w:rsidRPr="00DB1589">
        <w:rPr>
          <w:rFonts w:ascii="Blogger Sans" w:hAnsi="Blogger Sans"/>
        </w:rPr>
        <w:t>Jugendlichen</w:t>
      </w:r>
      <w:proofErr w:type="spellEnd"/>
      <w:r w:rsidRPr="00DB1589">
        <w:rPr>
          <w:rFonts w:ascii="Blogger Sans" w:hAnsi="Blogger Sans"/>
        </w:rPr>
        <w:t xml:space="preserve"> </w:t>
      </w:r>
      <w:proofErr w:type="spellStart"/>
      <w:r w:rsidRPr="00DB1589">
        <w:rPr>
          <w:rFonts w:ascii="Blogger Sans" w:hAnsi="Blogger Sans"/>
        </w:rPr>
        <w:t>im</w:t>
      </w:r>
      <w:proofErr w:type="spellEnd"/>
      <w:r w:rsidRPr="00DB1589">
        <w:rPr>
          <w:rFonts w:ascii="Blogger Sans" w:hAnsi="Blogger Sans"/>
        </w:rPr>
        <w:t xml:space="preserve"> Verein </w:t>
      </w:r>
      <w:r w:rsidR="00E633F6">
        <w:rPr>
          <w:rFonts w:ascii="Blogger Sans" w:hAnsi="Blogger Sans"/>
        </w:rPr>
        <w:t xml:space="preserve">Der </w:t>
      </w:r>
      <w:r w:rsidRPr="00DB1589">
        <w:rPr>
          <w:rFonts w:ascii="Blogger Sans" w:hAnsi="Blogger Sans"/>
          <w:b/>
        </w:rPr>
        <w:t xml:space="preserve">Kinderschutzbund </w:t>
      </w:r>
      <w:r w:rsidR="00E633F6">
        <w:rPr>
          <w:rFonts w:ascii="Blogger Sans" w:hAnsi="Blogger Sans"/>
          <w:b/>
        </w:rPr>
        <w:t xml:space="preserve">OV Sankt Augustin </w:t>
      </w:r>
    </w:p>
    <w:p w14:paraId="626F7E16" w14:textId="77777777" w:rsidR="00CB7777" w:rsidRPr="00DB1589" w:rsidRDefault="003260DD">
      <w:pPr>
        <w:spacing w:after="100"/>
        <w:rPr>
          <w:rFonts w:ascii="Blogger Sans" w:hAnsi="Blogger Sans"/>
        </w:rPr>
      </w:pPr>
      <w:r w:rsidRPr="00DB1589">
        <w:rPr>
          <w:rFonts w:ascii="Blogger Sans" w:hAnsi="Blogger Sans"/>
        </w:rPr>
        <w:t>zum ____________________.</w:t>
      </w:r>
    </w:p>
    <w:p w14:paraId="6A44EE9A" w14:textId="77777777" w:rsidR="00CB7777" w:rsidRPr="00DB1589" w:rsidRDefault="003260DD">
      <w:pPr>
        <w:spacing w:after="100"/>
        <w:rPr>
          <w:rFonts w:ascii="Blogger Sans" w:hAnsi="Blogger Sans"/>
        </w:rPr>
      </w:pPr>
      <w:r w:rsidRPr="00DB1589">
        <w:rPr>
          <w:rFonts w:ascii="Blogger Sans" w:hAnsi="Blogger Sans"/>
          <w:b/>
        </w:rPr>
        <w:t xml:space="preserve">Ich/Wir stimme(n) der Mitgliedschaft gemäß </w:t>
      </w:r>
      <w:r w:rsidRPr="00DB1589">
        <w:rPr>
          <w:rFonts w:ascii="Cambria" w:hAnsi="Cambria" w:cs="Cambria"/>
          <w:b/>
        </w:rPr>
        <w:t>§</w:t>
      </w:r>
      <w:r w:rsidRPr="00DB1589">
        <w:rPr>
          <w:rFonts w:ascii="Blogger Sans" w:hAnsi="Blogger Sans"/>
          <w:b/>
        </w:rPr>
        <w:t xml:space="preserve"> 5a der Satzung zu.</w:t>
      </w:r>
    </w:p>
    <w:p w14:paraId="71827743" w14:textId="77777777" w:rsidR="00CB7777" w:rsidRPr="00DB1589" w:rsidRDefault="003260DD">
      <w:pPr>
        <w:spacing w:after="100"/>
        <w:rPr>
          <w:rFonts w:ascii="Blogger Sans" w:hAnsi="Blogger Sans"/>
        </w:rPr>
      </w:pPr>
      <w:r w:rsidRPr="00DB1589">
        <w:rPr>
          <w:rFonts w:ascii="Blogger Sans" w:hAnsi="Blogger Sans"/>
        </w:rPr>
        <w:t xml:space="preserve">Ich/Wir bestätige(n), von der Satzung, insbesondere von den in </w:t>
      </w:r>
      <w:r w:rsidRPr="00DB1589">
        <w:rPr>
          <w:rFonts w:ascii="Cambria" w:hAnsi="Cambria" w:cs="Cambria"/>
        </w:rPr>
        <w:t>§</w:t>
      </w:r>
      <w:r w:rsidRPr="00DB1589">
        <w:rPr>
          <w:rFonts w:ascii="Blogger Sans" w:hAnsi="Blogger Sans"/>
        </w:rPr>
        <w:t xml:space="preserve"> 2 Abs. 4 festgelegten Unvereinbarkeitsbestimmungen, Kenntnis genommen zu haben.</w:t>
      </w:r>
    </w:p>
    <w:p w14:paraId="35264611" w14:textId="77777777" w:rsidR="00CB7777" w:rsidRPr="00DB1589" w:rsidRDefault="003260DD">
      <w:pPr>
        <w:spacing w:after="80"/>
        <w:rPr>
          <w:rFonts w:ascii="Blogger Sans" w:hAnsi="Blogger Sans"/>
        </w:rPr>
      </w:pPr>
      <w:r w:rsidRPr="00DB1589">
        <w:rPr>
          <w:rFonts w:ascii="Blogger Sans" w:hAnsi="Blogger Sans"/>
          <w:b/>
          <w:sz w:val="19"/>
        </w:rPr>
        <w:t>Bitte ankreuzen:</w:t>
      </w:r>
    </w:p>
    <w:tbl>
      <w:tblPr>
        <w:tblW w:w="0" w:type="auto"/>
        <w:jc w:val="center"/>
        <w:tblLayout w:type="fixed"/>
        <w:tblLook w:val="04A0" w:firstRow="1" w:lastRow="0" w:firstColumn="1" w:lastColumn="0" w:noHBand="0" w:noVBand="1"/>
      </w:tblPr>
      <w:tblGrid>
        <w:gridCol w:w="9298"/>
      </w:tblGrid>
      <w:tr w:rsidR="00CB7777" w:rsidRPr="00DB1589" w14:paraId="6FE06AFC" w14:textId="77777777">
        <w:trPr>
          <w:jc w:val="center"/>
        </w:trPr>
        <w:tc>
          <w:tcPr>
            <w:tcW w:w="9298" w:type="dxa"/>
            <w:tcBorders>
              <w:bottom w:val="single" w:sz="3" w:space="0" w:color="D4DEE5"/>
            </w:tcBorders>
            <w:tcMar>
              <w:top w:w="100" w:type="dxa"/>
              <w:left w:w="150" w:type="dxa"/>
              <w:bottom w:w="100" w:type="dxa"/>
              <w:right w:w="150" w:type="dxa"/>
            </w:tcMar>
          </w:tcPr>
          <w:p w14:paraId="185AD66A" w14:textId="77777777" w:rsidR="00CB7777" w:rsidRPr="00DB1589" w:rsidRDefault="003260DD">
            <w:pPr>
              <w:spacing w:after="0"/>
              <w:rPr>
                <w:rFonts w:ascii="Blogger Sans" w:hAnsi="Blogger Sans"/>
              </w:rPr>
            </w:pPr>
            <w:r w:rsidRPr="00DB1589">
              <w:rPr>
                <w:rFonts w:ascii="Segoe UI Symbol" w:hAnsi="Segoe UI Symbol" w:cs="Segoe UI Symbol"/>
              </w:rPr>
              <w:t>☐</w:t>
            </w:r>
            <w:r w:rsidRPr="00DB1589">
              <w:rPr>
                <w:rFonts w:ascii="Blogger Sans" w:hAnsi="Blogger Sans"/>
              </w:rPr>
              <w:t xml:space="preserve"> Ich/Wir übe(n) das Sorgerecht gemeinsam aus und stimmen beide der Mitgliedschaft zu.</w:t>
            </w:r>
          </w:p>
        </w:tc>
      </w:tr>
      <w:tr w:rsidR="00CB7777" w:rsidRPr="00DB1589" w14:paraId="1E6C863E" w14:textId="77777777">
        <w:trPr>
          <w:jc w:val="center"/>
        </w:trPr>
        <w:tc>
          <w:tcPr>
            <w:tcW w:w="9298" w:type="dxa"/>
            <w:tcBorders>
              <w:bottom w:val="single" w:sz="3" w:space="0" w:color="D4DEE5"/>
            </w:tcBorders>
            <w:tcMar>
              <w:top w:w="100" w:type="dxa"/>
              <w:left w:w="150" w:type="dxa"/>
              <w:bottom w:w="100" w:type="dxa"/>
              <w:right w:w="150" w:type="dxa"/>
            </w:tcMar>
          </w:tcPr>
          <w:p w14:paraId="0F753485" w14:textId="77777777" w:rsidR="00CB7777" w:rsidRPr="00DB1589" w:rsidRDefault="003260DD">
            <w:pPr>
              <w:spacing w:after="0"/>
              <w:rPr>
                <w:rFonts w:ascii="Blogger Sans" w:hAnsi="Blogger Sans"/>
              </w:rPr>
            </w:pPr>
            <w:r w:rsidRPr="00DB1589">
              <w:rPr>
                <w:rFonts w:ascii="Segoe UI Symbol" w:hAnsi="Segoe UI Symbol" w:cs="Segoe UI Symbol"/>
              </w:rPr>
              <w:t>☐</w:t>
            </w:r>
            <w:r w:rsidRPr="00DB1589">
              <w:rPr>
                <w:rFonts w:ascii="Blogger Sans" w:hAnsi="Blogger Sans"/>
              </w:rPr>
              <w:t xml:space="preserve"> Ich versichere, allein sorgeberechtigt oder zur alleinigen Entscheidung über die Mitgliedschaft befugt zu sein.</w:t>
            </w:r>
          </w:p>
        </w:tc>
      </w:tr>
    </w:tbl>
    <w:p w14:paraId="4466CDA4" w14:textId="77777777" w:rsidR="00CB7777" w:rsidRPr="00DB1589" w:rsidRDefault="003260DD">
      <w:pPr>
        <w:spacing w:before="100" w:after="100"/>
        <w:rPr>
          <w:rFonts w:ascii="Blogger Sans" w:hAnsi="Blogger Sans"/>
        </w:rPr>
      </w:pPr>
      <w:r w:rsidRPr="00DB1589">
        <w:rPr>
          <w:rFonts w:ascii="Blogger Sans" w:hAnsi="Blogger Sans"/>
          <w:b/>
          <w:color w:val="005B99"/>
          <w:sz w:val="24"/>
        </w:rPr>
        <w:t>4. Datenschutz und Kommunikation</w:t>
      </w:r>
    </w:p>
    <w:p w14:paraId="36EBF39B" w14:textId="77777777" w:rsidR="00CB7777" w:rsidRPr="00DB1589" w:rsidRDefault="003260DD">
      <w:pPr>
        <w:rPr>
          <w:rFonts w:ascii="Blogger Sans" w:hAnsi="Blogger Sans"/>
        </w:rPr>
      </w:pPr>
      <w:r w:rsidRPr="00DB1589">
        <w:rPr>
          <w:rFonts w:ascii="Blogger Sans" w:hAnsi="Blogger Sans"/>
          <w:sz w:val="19"/>
        </w:rPr>
        <w:t>Mir/Uns ist bekannt, dass die personenbezogenen Daten des Kindes bzw. der/des Jugendlichen sowie der Sorgeberechtigten im Verein erhoben, gespeichert und verarbeitet und an den zuständigen Landesverband sowie den Bundesverband weitergeleitet werden, soweit dies für das Mitgliedschaftsverhältnis, die Betreuung und Verwaltung der Mitglieder, die Versendung der Mitgliederzeitschrift sowie die Verfolgung der Vereinsziele erforderlich ist.</w:t>
      </w:r>
    </w:p>
    <w:p w14:paraId="14ED51C9" w14:textId="77777777" w:rsidR="00CB7777" w:rsidRPr="00DB1589" w:rsidRDefault="003260DD">
      <w:pPr>
        <w:rPr>
          <w:rFonts w:ascii="Blogger Sans" w:hAnsi="Blogger Sans"/>
        </w:rPr>
      </w:pPr>
      <w:r w:rsidRPr="00DB1589">
        <w:rPr>
          <w:rFonts w:ascii="Blogger Sans" w:hAnsi="Blogger Sans"/>
          <w:sz w:val="19"/>
        </w:rPr>
        <w:t>Ich/Wir wurde(n) darüber informiert, dass der digitale Zugriff auf die Mitgliederzeitschrift über eine eigene Registrierung auf kinderschutz-magazin.de erfolgt und nicht automatisch über diesen Antrag eingerichtet wird.</w:t>
      </w:r>
    </w:p>
    <w:p w14:paraId="6F6742A4" w14:textId="77777777" w:rsidR="00CB7777" w:rsidRPr="00DB1589" w:rsidRDefault="003260DD">
      <w:pPr>
        <w:spacing w:after="80"/>
        <w:rPr>
          <w:rFonts w:ascii="Blogger Sans" w:hAnsi="Blogger Sans"/>
        </w:rPr>
      </w:pPr>
      <w:r w:rsidRPr="00DB1589">
        <w:rPr>
          <w:rFonts w:ascii="Blogger Sans" w:hAnsi="Blogger Sans"/>
          <w:b/>
          <w:sz w:val="19"/>
        </w:rPr>
        <w:t>Einladungen und Informationen zur Mitgliedschaft sollen gesendet werden an:</w:t>
      </w:r>
    </w:p>
    <w:tbl>
      <w:tblPr>
        <w:tblW w:w="0" w:type="auto"/>
        <w:jc w:val="center"/>
        <w:tblLayout w:type="fixed"/>
        <w:tblLook w:val="04A0" w:firstRow="1" w:lastRow="0" w:firstColumn="1" w:lastColumn="0" w:noHBand="0" w:noVBand="1"/>
      </w:tblPr>
      <w:tblGrid>
        <w:gridCol w:w="3061"/>
        <w:gridCol w:w="3061"/>
        <w:gridCol w:w="3061"/>
      </w:tblGrid>
      <w:tr w:rsidR="00CB7777" w:rsidRPr="00DB1589" w14:paraId="4BEE9407" w14:textId="77777777">
        <w:trPr>
          <w:jc w:val="center"/>
        </w:trPr>
        <w:tc>
          <w:tcPr>
            <w:tcW w:w="3061" w:type="dxa"/>
            <w:tcBorders>
              <w:top w:val="single" w:sz="4" w:space="0" w:color="B7C9D6"/>
              <w:left w:val="single" w:sz="4" w:space="0" w:color="B7C9D6"/>
              <w:bottom w:val="single" w:sz="4" w:space="0" w:color="B7C9D6"/>
              <w:right w:val="single" w:sz="4" w:space="0" w:color="B7C9D6"/>
            </w:tcBorders>
            <w:tcMar>
              <w:top w:w="120" w:type="dxa"/>
              <w:left w:w="150" w:type="dxa"/>
              <w:bottom w:w="120" w:type="dxa"/>
              <w:right w:w="150" w:type="dxa"/>
            </w:tcMar>
            <w:vAlign w:val="center"/>
          </w:tcPr>
          <w:p w14:paraId="67747760" w14:textId="77777777" w:rsidR="00CB7777" w:rsidRPr="00DB1589" w:rsidRDefault="003260DD">
            <w:pPr>
              <w:spacing w:after="0"/>
              <w:jc w:val="center"/>
              <w:rPr>
                <w:rFonts w:ascii="Blogger Sans" w:hAnsi="Blogger Sans"/>
              </w:rPr>
            </w:pPr>
            <w:r w:rsidRPr="00DB1589">
              <w:rPr>
                <w:rFonts w:ascii="Segoe UI Symbol" w:hAnsi="Segoe UI Symbol" w:cs="Segoe UI Symbol"/>
                <w:sz w:val="19"/>
              </w:rPr>
              <w:t>☐</w:t>
            </w:r>
            <w:r w:rsidRPr="00DB1589">
              <w:rPr>
                <w:rFonts w:ascii="Blogger Sans" w:hAnsi="Blogger Sans"/>
                <w:sz w:val="19"/>
              </w:rPr>
              <w:t xml:space="preserve"> das Mitglied</w:t>
            </w:r>
          </w:p>
        </w:tc>
        <w:tc>
          <w:tcPr>
            <w:tcW w:w="3061" w:type="dxa"/>
            <w:tcBorders>
              <w:top w:val="single" w:sz="4" w:space="0" w:color="B7C9D6"/>
              <w:left w:val="single" w:sz="4" w:space="0" w:color="B7C9D6"/>
              <w:bottom w:val="single" w:sz="4" w:space="0" w:color="B7C9D6"/>
              <w:right w:val="single" w:sz="4" w:space="0" w:color="B7C9D6"/>
            </w:tcBorders>
            <w:tcMar>
              <w:top w:w="120" w:type="dxa"/>
              <w:left w:w="150" w:type="dxa"/>
              <w:bottom w:w="120" w:type="dxa"/>
              <w:right w:w="150" w:type="dxa"/>
            </w:tcMar>
            <w:vAlign w:val="center"/>
          </w:tcPr>
          <w:p w14:paraId="7A1489FE" w14:textId="77777777" w:rsidR="00CB7777" w:rsidRPr="00DB1589" w:rsidRDefault="003260DD">
            <w:pPr>
              <w:spacing w:after="0"/>
              <w:jc w:val="center"/>
              <w:rPr>
                <w:rFonts w:ascii="Blogger Sans" w:hAnsi="Blogger Sans"/>
              </w:rPr>
            </w:pPr>
            <w:r w:rsidRPr="00DB1589">
              <w:rPr>
                <w:rFonts w:ascii="Segoe UI Symbol" w:hAnsi="Segoe UI Symbol" w:cs="Segoe UI Symbol"/>
                <w:sz w:val="19"/>
              </w:rPr>
              <w:t>☐</w:t>
            </w:r>
            <w:r w:rsidRPr="00DB1589">
              <w:rPr>
                <w:rFonts w:ascii="Blogger Sans" w:hAnsi="Blogger Sans"/>
                <w:sz w:val="19"/>
              </w:rPr>
              <w:t xml:space="preserve"> die Sorgeberechtigten</w:t>
            </w:r>
          </w:p>
        </w:tc>
        <w:tc>
          <w:tcPr>
            <w:tcW w:w="3061" w:type="dxa"/>
            <w:tcBorders>
              <w:top w:val="single" w:sz="4" w:space="0" w:color="B7C9D6"/>
              <w:left w:val="single" w:sz="4" w:space="0" w:color="B7C9D6"/>
              <w:bottom w:val="single" w:sz="4" w:space="0" w:color="B7C9D6"/>
              <w:right w:val="single" w:sz="4" w:space="0" w:color="B7C9D6"/>
            </w:tcBorders>
            <w:tcMar>
              <w:top w:w="120" w:type="dxa"/>
              <w:left w:w="150" w:type="dxa"/>
              <w:bottom w:w="120" w:type="dxa"/>
              <w:right w:w="150" w:type="dxa"/>
            </w:tcMar>
            <w:vAlign w:val="center"/>
          </w:tcPr>
          <w:p w14:paraId="00FED99A" w14:textId="77777777" w:rsidR="00CB7777" w:rsidRPr="00DB1589" w:rsidRDefault="003260DD">
            <w:pPr>
              <w:spacing w:after="0"/>
              <w:jc w:val="center"/>
              <w:rPr>
                <w:rFonts w:ascii="Blogger Sans" w:hAnsi="Blogger Sans"/>
              </w:rPr>
            </w:pPr>
            <w:r w:rsidRPr="00DB1589">
              <w:rPr>
                <w:rFonts w:ascii="Segoe UI Symbol" w:hAnsi="Segoe UI Symbol" w:cs="Segoe UI Symbol"/>
                <w:sz w:val="19"/>
              </w:rPr>
              <w:t>☐</w:t>
            </w:r>
            <w:r w:rsidRPr="00DB1589">
              <w:rPr>
                <w:rFonts w:ascii="Blogger Sans" w:hAnsi="Blogger Sans"/>
                <w:sz w:val="19"/>
              </w:rPr>
              <w:t xml:space="preserve"> beide</w:t>
            </w:r>
          </w:p>
        </w:tc>
      </w:tr>
    </w:tbl>
    <w:p w14:paraId="1AB1BB65" w14:textId="77777777" w:rsidR="00CB7777" w:rsidRPr="00DB1589" w:rsidRDefault="003260DD">
      <w:pPr>
        <w:spacing w:before="100" w:after="100"/>
        <w:rPr>
          <w:rFonts w:ascii="Blogger Sans" w:hAnsi="Blogger Sans"/>
        </w:rPr>
      </w:pPr>
      <w:r w:rsidRPr="00DB1589">
        <w:rPr>
          <w:rFonts w:ascii="Blogger Sans" w:hAnsi="Blogger Sans"/>
          <w:b/>
          <w:color w:val="005B99"/>
          <w:sz w:val="24"/>
        </w:rPr>
        <w:t>5. Hinweise zur Mitgliedschaft</w:t>
      </w:r>
    </w:p>
    <w:tbl>
      <w:tblPr>
        <w:tblW w:w="0" w:type="auto"/>
        <w:jc w:val="center"/>
        <w:tblLayout w:type="fixed"/>
        <w:tblLook w:val="04A0" w:firstRow="1" w:lastRow="0" w:firstColumn="1" w:lastColumn="0" w:noHBand="0" w:noVBand="1"/>
      </w:tblPr>
      <w:tblGrid>
        <w:gridCol w:w="9298"/>
      </w:tblGrid>
      <w:tr w:rsidR="00CB7777" w:rsidRPr="00DB1589" w14:paraId="6660B4F3" w14:textId="77777777">
        <w:trPr>
          <w:jc w:val="center"/>
        </w:trPr>
        <w:tc>
          <w:tcPr>
            <w:tcW w:w="9298" w:type="dxa"/>
            <w:tcBorders>
              <w:top w:val="single" w:sz="6" w:space="0" w:color="7EA6C2"/>
              <w:left w:val="single" w:sz="6" w:space="0" w:color="7EA6C2"/>
              <w:bottom w:val="single" w:sz="6" w:space="0" w:color="7EA6C2"/>
              <w:right w:val="single" w:sz="6" w:space="0" w:color="7EA6C2"/>
            </w:tcBorders>
            <w:shd w:val="clear" w:color="auto" w:fill="EAF2F8"/>
            <w:tcMar>
              <w:top w:w="160" w:type="dxa"/>
              <w:left w:w="180" w:type="dxa"/>
              <w:bottom w:w="160" w:type="dxa"/>
              <w:right w:w="180" w:type="dxa"/>
            </w:tcMar>
          </w:tcPr>
          <w:p w14:paraId="2F6ED162" w14:textId="77777777" w:rsidR="00CB7777" w:rsidRPr="00DB1589" w:rsidRDefault="003260DD">
            <w:pPr>
              <w:spacing w:after="60"/>
              <w:ind w:left="113" w:hanging="113"/>
              <w:rPr>
                <w:rFonts w:ascii="Blogger Sans" w:hAnsi="Blogger Sans"/>
              </w:rPr>
            </w:pPr>
            <w:r w:rsidRPr="00DB1589">
              <w:rPr>
                <w:rFonts w:ascii="Blogger Sans" w:hAnsi="Blogger Sans"/>
                <w:sz w:val="19"/>
              </w:rPr>
              <w:t>• Kinder und Jugendliche können an der Mitgliederversammlung teilnehmen und sind vor Beratungen und Beschlussfassungen über Anträge, die sie betreffen, zu hören.</w:t>
            </w:r>
          </w:p>
          <w:p w14:paraId="49635F36" w14:textId="77777777" w:rsidR="00CB7777" w:rsidRPr="00DB1589" w:rsidRDefault="003260DD">
            <w:pPr>
              <w:spacing w:after="60"/>
              <w:ind w:left="113" w:hanging="113"/>
              <w:rPr>
                <w:rFonts w:ascii="Blogger Sans" w:hAnsi="Blogger Sans"/>
              </w:rPr>
            </w:pPr>
            <w:r w:rsidRPr="00DB1589">
              <w:rPr>
                <w:rFonts w:ascii="Blogger Sans" w:hAnsi="Blogger Sans"/>
                <w:sz w:val="19"/>
              </w:rPr>
              <w:t>• Ab Vollendung des 14. Lebensjahres haben sie Rede-, Antrags- und Stimmrecht, können jedoch nicht in den Vorstand gewählt werden.</w:t>
            </w:r>
          </w:p>
          <w:p w14:paraId="044886D1" w14:textId="77777777" w:rsidR="00CB7777" w:rsidRPr="00DB1589" w:rsidRDefault="003260DD">
            <w:pPr>
              <w:spacing w:after="60"/>
              <w:ind w:left="113" w:hanging="113"/>
              <w:rPr>
                <w:rFonts w:ascii="Blogger Sans" w:hAnsi="Blogger Sans"/>
              </w:rPr>
            </w:pPr>
            <w:r w:rsidRPr="00DB1589">
              <w:rPr>
                <w:rFonts w:ascii="Blogger Sans" w:hAnsi="Blogger Sans"/>
                <w:sz w:val="19"/>
              </w:rPr>
              <w:t>• Kinder- und Jugendmitglieder sind nach der Mustersatzung beitragsfrei.</w:t>
            </w:r>
          </w:p>
          <w:p w14:paraId="6D68BE7D" w14:textId="77777777" w:rsidR="00CB7777" w:rsidRPr="00DB1589" w:rsidRDefault="003260DD">
            <w:pPr>
              <w:spacing w:after="0"/>
              <w:ind w:left="113" w:hanging="113"/>
              <w:rPr>
                <w:rFonts w:ascii="Blogger Sans" w:hAnsi="Blogger Sans"/>
              </w:rPr>
            </w:pPr>
            <w:r w:rsidRPr="00DB1589">
              <w:rPr>
                <w:rFonts w:ascii="Blogger Sans" w:hAnsi="Blogger Sans"/>
                <w:sz w:val="19"/>
              </w:rPr>
              <w:t>• Die Aufnahme erfolgt durch Entscheidung des Vorstandes.</w:t>
            </w:r>
          </w:p>
        </w:tc>
      </w:tr>
    </w:tbl>
    <w:p w14:paraId="270AABB7" w14:textId="77777777" w:rsidR="00CB7777" w:rsidRPr="00DB1589" w:rsidRDefault="003260DD">
      <w:pPr>
        <w:spacing w:before="100" w:after="100"/>
        <w:rPr>
          <w:rFonts w:ascii="Blogger Sans" w:hAnsi="Blogger Sans"/>
        </w:rPr>
      </w:pPr>
      <w:r w:rsidRPr="00DB1589">
        <w:rPr>
          <w:rFonts w:ascii="Blogger Sans" w:hAnsi="Blogger Sans"/>
          <w:b/>
          <w:color w:val="005B99"/>
          <w:sz w:val="24"/>
        </w:rPr>
        <w:t>6. Unterschriften</w:t>
      </w:r>
    </w:p>
    <w:p w14:paraId="5F6A525C" w14:textId="77777777" w:rsidR="00CB7777" w:rsidRPr="00DB1589" w:rsidRDefault="003260DD">
      <w:pPr>
        <w:rPr>
          <w:rFonts w:ascii="Blogger Sans" w:hAnsi="Blogger Sans"/>
        </w:rPr>
      </w:pPr>
      <w:r w:rsidRPr="00DB1589">
        <w:rPr>
          <w:rFonts w:ascii="Blogger Sans" w:hAnsi="Blogger Sans"/>
          <w:sz w:val="19"/>
        </w:rPr>
        <w:t>Mit meiner Unterschrift bestätige ich, dass ich Mitglied werden möchte.</w:t>
      </w:r>
      <w:r w:rsidRPr="00DB1589">
        <w:rPr>
          <w:rFonts w:ascii="Blogger Sans" w:hAnsi="Blogger Sans"/>
          <w:i/>
          <w:sz w:val="18"/>
        </w:rPr>
        <w:t xml:space="preserve"> (Unterschrift des Kindes bzw. der/des Jugendlichen empfohlen.)</w:t>
      </w:r>
    </w:p>
    <w:tbl>
      <w:tblPr>
        <w:tblW w:w="0" w:type="auto"/>
        <w:jc w:val="center"/>
        <w:tblLayout w:type="fixed"/>
        <w:tblLook w:val="04A0" w:firstRow="1" w:lastRow="0" w:firstColumn="1" w:lastColumn="0" w:noHBand="0" w:noVBand="1"/>
      </w:tblPr>
      <w:tblGrid>
        <w:gridCol w:w="4649"/>
        <w:gridCol w:w="4649"/>
      </w:tblGrid>
      <w:tr w:rsidR="00CB7777" w:rsidRPr="00DB1589" w14:paraId="77EFDA96" w14:textId="77777777">
        <w:trPr>
          <w:cantSplit/>
          <w:jc w:val="center"/>
        </w:trPr>
        <w:tc>
          <w:tcPr>
            <w:tcW w:w="4649" w:type="dxa"/>
            <w:tcBorders>
              <w:bottom w:val="single" w:sz="8" w:space="0" w:color="4F4F4F"/>
            </w:tcBorders>
            <w:tcMar>
              <w:top w:w="100" w:type="dxa"/>
              <w:left w:w="130" w:type="dxa"/>
              <w:bottom w:w="55" w:type="dxa"/>
              <w:right w:w="130" w:type="dxa"/>
            </w:tcMar>
          </w:tcPr>
          <w:p w14:paraId="0CE68D2F" w14:textId="77777777" w:rsidR="00CB7777" w:rsidRPr="00DB1589" w:rsidRDefault="003260DD">
            <w:pPr>
              <w:spacing w:after="0"/>
              <w:rPr>
                <w:rFonts w:ascii="Blogger Sans" w:hAnsi="Blogger Sans"/>
              </w:rPr>
            </w:pPr>
            <w:r w:rsidRPr="00DB1589">
              <w:rPr>
                <w:rFonts w:ascii="Blogger Sans" w:hAnsi="Blogger Sans"/>
                <w:sz w:val="14"/>
              </w:rPr>
              <w:t xml:space="preserve"> </w:t>
            </w:r>
          </w:p>
          <w:p w14:paraId="03C2FDEC" w14:textId="77777777" w:rsidR="00CB7777" w:rsidRPr="00DB1589" w:rsidRDefault="003260DD">
            <w:pPr>
              <w:spacing w:before="40" w:after="0"/>
              <w:rPr>
                <w:rFonts w:ascii="Blogger Sans" w:hAnsi="Blogger Sans"/>
              </w:rPr>
            </w:pPr>
            <w:r w:rsidRPr="00DB1589">
              <w:rPr>
                <w:rFonts w:ascii="Blogger Sans" w:hAnsi="Blogger Sans"/>
                <w:color w:val="5F5F5F"/>
                <w:sz w:val="16"/>
              </w:rPr>
              <w:t>Ort, Datum</w:t>
            </w:r>
          </w:p>
        </w:tc>
        <w:tc>
          <w:tcPr>
            <w:tcW w:w="4649" w:type="dxa"/>
            <w:tcBorders>
              <w:bottom w:val="single" w:sz="8" w:space="0" w:color="4F4F4F"/>
            </w:tcBorders>
            <w:tcMar>
              <w:top w:w="100" w:type="dxa"/>
              <w:left w:w="130" w:type="dxa"/>
              <w:bottom w:w="55" w:type="dxa"/>
              <w:right w:w="130" w:type="dxa"/>
            </w:tcMar>
          </w:tcPr>
          <w:p w14:paraId="6A9402E6" w14:textId="77777777" w:rsidR="00CB7777" w:rsidRPr="00DB1589" w:rsidRDefault="003260DD">
            <w:pPr>
              <w:spacing w:after="0"/>
              <w:rPr>
                <w:rFonts w:ascii="Blogger Sans" w:hAnsi="Blogger Sans"/>
              </w:rPr>
            </w:pPr>
            <w:r w:rsidRPr="00DB1589">
              <w:rPr>
                <w:rFonts w:ascii="Blogger Sans" w:hAnsi="Blogger Sans"/>
                <w:sz w:val="14"/>
              </w:rPr>
              <w:t xml:space="preserve"> </w:t>
            </w:r>
          </w:p>
          <w:p w14:paraId="4B402C49" w14:textId="77777777" w:rsidR="00CB7777" w:rsidRPr="00DB1589" w:rsidRDefault="003260DD">
            <w:pPr>
              <w:spacing w:before="40" w:after="0"/>
              <w:rPr>
                <w:rFonts w:ascii="Blogger Sans" w:hAnsi="Blogger Sans"/>
              </w:rPr>
            </w:pPr>
            <w:r w:rsidRPr="00DB1589">
              <w:rPr>
                <w:rFonts w:ascii="Blogger Sans" w:hAnsi="Blogger Sans"/>
                <w:color w:val="5F5F5F"/>
                <w:sz w:val="16"/>
              </w:rPr>
              <w:t>Unterschrift Kind/Jugendliche/r</w:t>
            </w:r>
          </w:p>
        </w:tc>
      </w:tr>
      <w:tr w:rsidR="00CB7777" w:rsidRPr="00DB1589" w14:paraId="0664B8EB" w14:textId="77777777">
        <w:trPr>
          <w:cantSplit/>
          <w:jc w:val="center"/>
        </w:trPr>
        <w:tc>
          <w:tcPr>
            <w:tcW w:w="4649" w:type="dxa"/>
            <w:tcBorders>
              <w:bottom w:val="single" w:sz="8" w:space="0" w:color="4F4F4F"/>
            </w:tcBorders>
            <w:tcMar>
              <w:top w:w="100" w:type="dxa"/>
              <w:left w:w="130" w:type="dxa"/>
              <w:bottom w:w="55" w:type="dxa"/>
              <w:right w:w="130" w:type="dxa"/>
            </w:tcMar>
          </w:tcPr>
          <w:p w14:paraId="47A1A62D" w14:textId="77777777" w:rsidR="00CB7777" w:rsidRPr="00DB1589" w:rsidRDefault="003260DD">
            <w:pPr>
              <w:spacing w:after="0"/>
              <w:rPr>
                <w:rFonts w:ascii="Blogger Sans" w:hAnsi="Blogger Sans"/>
              </w:rPr>
            </w:pPr>
            <w:r w:rsidRPr="00DB1589">
              <w:rPr>
                <w:rFonts w:ascii="Blogger Sans" w:hAnsi="Blogger Sans"/>
                <w:sz w:val="14"/>
              </w:rPr>
              <w:t xml:space="preserve"> </w:t>
            </w:r>
          </w:p>
          <w:p w14:paraId="1F70E597" w14:textId="77777777" w:rsidR="00CB7777" w:rsidRPr="00DB1589" w:rsidRDefault="003260DD">
            <w:pPr>
              <w:spacing w:before="40" w:after="0"/>
              <w:rPr>
                <w:rFonts w:ascii="Blogger Sans" w:hAnsi="Blogger Sans"/>
              </w:rPr>
            </w:pPr>
            <w:r w:rsidRPr="00DB1589">
              <w:rPr>
                <w:rFonts w:ascii="Blogger Sans" w:hAnsi="Blogger Sans"/>
                <w:color w:val="5F5F5F"/>
                <w:sz w:val="16"/>
              </w:rPr>
              <w:t>Ort, Datum</w:t>
            </w:r>
          </w:p>
        </w:tc>
        <w:tc>
          <w:tcPr>
            <w:tcW w:w="4649" w:type="dxa"/>
            <w:tcBorders>
              <w:bottom w:val="single" w:sz="8" w:space="0" w:color="4F4F4F"/>
            </w:tcBorders>
            <w:tcMar>
              <w:top w:w="100" w:type="dxa"/>
              <w:left w:w="130" w:type="dxa"/>
              <w:bottom w:w="55" w:type="dxa"/>
              <w:right w:w="130" w:type="dxa"/>
            </w:tcMar>
          </w:tcPr>
          <w:p w14:paraId="49249225" w14:textId="77777777" w:rsidR="00CB7777" w:rsidRPr="00DB1589" w:rsidRDefault="003260DD">
            <w:pPr>
              <w:spacing w:after="0"/>
              <w:rPr>
                <w:rFonts w:ascii="Blogger Sans" w:hAnsi="Blogger Sans"/>
              </w:rPr>
            </w:pPr>
            <w:r w:rsidRPr="00DB1589">
              <w:rPr>
                <w:rFonts w:ascii="Blogger Sans" w:hAnsi="Blogger Sans"/>
                <w:sz w:val="14"/>
              </w:rPr>
              <w:t xml:space="preserve"> </w:t>
            </w:r>
          </w:p>
          <w:p w14:paraId="1B076970" w14:textId="77777777" w:rsidR="00CB7777" w:rsidRPr="00DB1589" w:rsidRDefault="003260DD">
            <w:pPr>
              <w:spacing w:before="40" w:after="0"/>
              <w:rPr>
                <w:rFonts w:ascii="Blogger Sans" w:hAnsi="Blogger Sans"/>
              </w:rPr>
            </w:pPr>
            <w:r w:rsidRPr="00DB1589">
              <w:rPr>
                <w:rFonts w:ascii="Blogger Sans" w:hAnsi="Blogger Sans"/>
                <w:color w:val="5F5F5F"/>
                <w:sz w:val="16"/>
              </w:rPr>
              <w:t>Unterschrift Sorgeberechtigte Person 1</w:t>
            </w:r>
          </w:p>
        </w:tc>
      </w:tr>
      <w:tr w:rsidR="00CB7777" w:rsidRPr="00DB1589" w14:paraId="0A0CDA3C" w14:textId="77777777">
        <w:trPr>
          <w:cantSplit/>
          <w:jc w:val="center"/>
        </w:trPr>
        <w:tc>
          <w:tcPr>
            <w:tcW w:w="4649" w:type="dxa"/>
            <w:tcBorders>
              <w:bottom w:val="single" w:sz="8" w:space="0" w:color="4F4F4F"/>
            </w:tcBorders>
            <w:tcMar>
              <w:top w:w="100" w:type="dxa"/>
              <w:left w:w="130" w:type="dxa"/>
              <w:bottom w:w="55" w:type="dxa"/>
              <w:right w:w="130" w:type="dxa"/>
            </w:tcMar>
          </w:tcPr>
          <w:p w14:paraId="6116D0EF" w14:textId="77777777" w:rsidR="00CB7777" w:rsidRPr="00DB1589" w:rsidRDefault="003260DD">
            <w:pPr>
              <w:spacing w:after="0"/>
              <w:rPr>
                <w:rFonts w:ascii="Blogger Sans" w:hAnsi="Blogger Sans"/>
              </w:rPr>
            </w:pPr>
            <w:r w:rsidRPr="00DB1589">
              <w:rPr>
                <w:rFonts w:ascii="Blogger Sans" w:hAnsi="Blogger Sans"/>
                <w:sz w:val="14"/>
              </w:rPr>
              <w:t xml:space="preserve"> </w:t>
            </w:r>
          </w:p>
          <w:p w14:paraId="435A3831" w14:textId="77777777" w:rsidR="00CB7777" w:rsidRPr="00DB1589" w:rsidRDefault="003260DD">
            <w:pPr>
              <w:spacing w:before="40" w:after="0"/>
              <w:rPr>
                <w:rFonts w:ascii="Blogger Sans" w:hAnsi="Blogger Sans"/>
              </w:rPr>
            </w:pPr>
            <w:r w:rsidRPr="00DB1589">
              <w:rPr>
                <w:rFonts w:ascii="Blogger Sans" w:hAnsi="Blogger Sans"/>
                <w:color w:val="5F5F5F"/>
                <w:sz w:val="16"/>
              </w:rPr>
              <w:t>Ort, Datum</w:t>
            </w:r>
          </w:p>
        </w:tc>
        <w:tc>
          <w:tcPr>
            <w:tcW w:w="4649" w:type="dxa"/>
            <w:tcBorders>
              <w:bottom w:val="single" w:sz="8" w:space="0" w:color="4F4F4F"/>
            </w:tcBorders>
            <w:tcMar>
              <w:top w:w="100" w:type="dxa"/>
              <w:left w:w="130" w:type="dxa"/>
              <w:bottom w:w="55" w:type="dxa"/>
              <w:right w:w="130" w:type="dxa"/>
            </w:tcMar>
          </w:tcPr>
          <w:p w14:paraId="772A81B2" w14:textId="77777777" w:rsidR="00CB7777" w:rsidRPr="00DB1589" w:rsidRDefault="003260DD">
            <w:pPr>
              <w:spacing w:after="0"/>
              <w:rPr>
                <w:rFonts w:ascii="Blogger Sans" w:hAnsi="Blogger Sans"/>
              </w:rPr>
            </w:pPr>
            <w:r w:rsidRPr="00DB1589">
              <w:rPr>
                <w:rFonts w:ascii="Blogger Sans" w:hAnsi="Blogger Sans"/>
                <w:sz w:val="14"/>
              </w:rPr>
              <w:t xml:space="preserve"> </w:t>
            </w:r>
          </w:p>
          <w:p w14:paraId="34BE77F6" w14:textId="77777777" w:rsidR="00CB7777" w:rsidRPr="00DB1589" w:rsidRDefault="003260DD">
            <w:pPr>
              <w:spacing w:before="40" w:after="0"/>
              <w:rPr>
                <w:rFonts w:ascii="Blogger Sans" w:hAnsi="Blogger Sans"/>
              </w:rPr>
            </w:pPr>
            <w:r w:rsidRPr="00DB1589">
              <w:rPr>
                <w:rFonts w:ascii="Blogger Sans" w:hAnsi="Blogger Sans"/>
                <w:color w:val="5F5F5F"/>
                <w:sz w:val="16"/>
              </w:rPr>
              <w:t>Unterschrift Sorgeberechtigte Person 2</w:t>
            </w:r>
          </w:p>
        </w:tc>
      </w:tr>
    </w:tbl>
    <w:p w14:paraId="2A1CD650" w14:textId="77777777" w:rsidR="00CB7777" w:rsidRPr="00DB1589" w:rsidRDefault="003260DD">
      <w:pPr>
        <w:spacing w:before="80" w:after="0"/>
        <w:rPr>
          <w:rFonts w:ascii="Blogger Sans" w:hAnsi="Blogger Sans"/>
        </w:rPr>
      </w:pPr>
      <w:r w:rsidRPr="00DB1589">
        <w:rPr>
          <w:rFonts w:ascii="Blogger Sans" w:hAnsi="Blogger Sans"/>
          <w:b/>
          <w:color w:val="005B99"/>
        </w:rPr>
        <w:t>Interner Vermerk des Ortsverbandes</w:t>
      </w:r>
    </w:p>
    <w:tbl>
      <w:tblPr>
        <w:tblW w:w="0" w:type="auto"/>
        <w:jc w:val="center"/>
        <w:tblLayout w:type="fixed"/>
        <w:tblLook w:val="04A0" w:firstRow="1" w:lastRow="0" w:firstColumn="1" w:lastColumn="0" w:noHBand="0" w:noVBand="1"/>
      </w:tblPr>
      <w:tblGrid>
        <w:gridCol w:w="4649"/>
        <w:gridCol w:w="4649"/>
      </w:tblGrid>
      <w:tr w:rsidR="00CB7777" w:rsidRPr="00DB1589" w14:paraId="1A6C28E4" w14:textId="77777777">
        <w:trPr>
          <w:jc w:val="center"/>
        </w:trPr>
        <w:tc>
          <w:tcPr>
            <w:tcW w:w="4649" w:type="dxa"/>
            <w:tcBorders>
              <w:top w:val="single" w:sz="4" w:space="0" w:color="B7C9D6"/>
              <w:left w:val="single" w:sz="4" w:space="0" w:color="B7C9D6"/>
              <w:bottom w:val="single" w:sz="4" w:space="0" w:color="B7C9D6"/>
              <w:right w:val="single" w:sz="4" w:space="0" w:color="B7C9D6"/>
            </w:tcBorders>
            <w:tcMar>
              <w:top w:w="140" w:type="dxa"/>
              <w:left w:w="150" w:type="dxa"/>
              <w:bottom w:w="140" w:type="dxa"/>
              <w:right w:w="150" w:type="dxa"/>
            </w:tcMar>
          </w:tcPr>
          <w:p w14:paraId="2F567C7A" w14:textId="77777777" w:rsidR="00CB7777" w:rsidRPr="00DB1589" w:rsidRDefault="003260DD">
            <w:pPr>
              <w:spacing w:after="0"/>
              <w:rPr>
                <w:rFonts w:ascii="Blogger Sans" w:hAnsi="Blogger Sans"/>
              </w:rPr>
            </w:pPr>
            <w:r w:rsidRPr="00DB1589">
              <w:rPr>
                <w:rFonts w:ascii="Blogger Sans" w:hAnsi="Blogger Sans"/>
                <w:sz w:val="18"/>
              </w:rPr>
              <w:t>Beschluss des Vorstandes am</w:t>
            </w:r>
          </w:p>
        </w:tc>
        <w:tc>
          <w:tcPr>
            <w:tcW w:w="4649" w:type="dxa"/>
            <w:tcBorders>
              <w:top w:val="single" w:sz="4" w:space="0" w:color="B7C9D6"/>
              <w:left w:val="single" w:sz="4" w:space="0" w:color="B7C9D6"/>
              <w:bottom w:val="single" w:sz="4" w:space="0" w:color="B7C9D6"/>
              <w:right w:val="single" w:sz="4" w:space="0" w:color="B7C9D6"/>
            </w:tcBorders>
            <w:tcMar>
              <w:top w:w="140" w:type="dxa"/>
              <w:left w:w="150" w:type="dxa"/>
              <w:bottom w:w="140" w:type="dxa"/>
              <w:right w:w="150" w:type="dxa"/>
            </w:tcMar>
          </w:tcPr>
          <w:p w14:paraId="23F21DC1" w14:textId="77777777" w:rsidR="00CB7777" w:rsidRPr="00DB1589" w:rsidRDefault="003260DD">
            <w:pPr>
              <w:spacing w:after="0"/>
              <w:rPr>
                <w:rFonts w:ascii="Blogger Sans" w:hAnsi="Blogger Sans"/>
              </w:rPr>
            </w:pPr>
            <w:r w:rsidRPr="00DB1589">
              <w:rPr>
                <w:rFonts w:ascii="Segoe UI Symbol" w:hAnsi="Segoe UI Symbol" w:cs="Segoe UI Symbol"/>
                <w:sz w:val="18"/>
              </w:rPr>
              <w:t>☐</w:t>
            </w:r>
            <w:r w:rsidRPr="00DB1589">
              <w:rPr>
                <w:rFonts w:ascii="Blogger Sans" w:hAnsi="Blogger Sans"/>
                <w:sz w:val="18"/>
              </w:rPr>
              <w:t xml:space="preserve"> aufgenommen   </w:t>
            </w:r>
            <w:r w:rsidRPr="00DB1589">
              <w:rPr>
                <w:rFonts w:ascii="Segoe UI Symbol" w:hAnsi="Segoe UI Symbol" w:cs="Segoe UI Symbol"/>
                <w:sz w:val="18"/>
              </w:rPr>
              <w:t>☐</w:t>
            </w:r>
            <w:r w:rsidRPr="00DB1589">
              <w:rPr>
                <w:rFonts w:ascii="Blogger Sans" w:hAnsi="Blogger Sans"/>
                <w:sz w:val="18"/>
              </w:rPr>
              <w:t xml:space="preserve"> abgelehnt</w:t>
            </w:r>
          </w:p>
        </w:tc>
      </w:tr>
      <w:tr w:rsidR="00CB7777" w:rsidRPr="00DB1589" w14:paraId="6FA63F5C" w14:textId="77777777">
        <w:trPr>
          <w:jc w:val="center"/>
        </w:trPr>
        <w:tc>
          <w:tcPr>
            <w:tcW w:w="4649" w:type="dxa"/>
            <w:tcBorders>
              <w:top w:val="single" w:sz="4" w:space="0" w:color="B7C9D6"/>
              <w:left w:val="single" w:sz="4" w:space="0" w:color="B7C9D6"/>
              <w:bottom w:val="single" w:sz="4" w:space="0" w:color="B7C9D6"/>
              <w:right w:val="single" w:sz="4" w:space="0" w:color="B7C9D6"/>
            </w:tcBorders>
            <w:tcMar>
              <w:top w:w="140" w:type="dxa"/>
              <w:left w:w="150" w:type="dxa"/>
              <w:bottom w:w="140" w:type="dxa"/>
              <w:right w:w="150" w:type="dxa"/>
            </w:tcMar>
          </w:tcPr>
          <w:p w14:paraId="42697A03" w14:textId="77777777" w:rsidR="00CB7777" w:rsidRPr="00DB1589" w:rsidRDefault="003260DD">
            <w:pPr>
              <w:spacing w:after="0"/>
              <w:rPr>
                <w:rFonts w:ascii="Blogger Sans" w:hAnsi="Blogger Sans"/>
              </w:rPr>
            </w:pPr>
            <w:r w:rsidRPr="00DB1589">
              <w:rPr>
                <w:rFonts w:ascii="Blogger Sans" w:hAnsi="Blogger Sans"/>
                <w:sz w:val="18"/>
              </w:rPr>
              <w:lastRenderedPageBreak/>
              <w:t>Mitgliedschaft ab</w:t>
            </w:r>
          </w:p>
        </w:tc>
        <w:tc>
          <w:tcPr>
            <w:tcW w:w="4649" w:type="dxa"/>
            <w:tcBorders>
              <w:top w:val="single" w:sz="4" w:space="0" w:color="B7C9D6"/>
              <w:left w:val="single" w:sz="4" w:space="0" w:color="B7C9D6"/>
              <w:bottom w:val="single" w:sz="4" w:space="0" w:color="B7C9D6"/>
              <w:right w:val="single" w:sz="4" w:space="0" w:color="B7C9D6"/>
            </w:tcBorders>
            <w:tcMar>
              <w:top w:w="140" w:type="dxa"/>
              <w:left w:w="150" w:type="dxa"/>
              <w:bottom w:w="140" w:type="dxa"/>
              <w:right w:w="150" w:type="dxa"/>
            </w:tcMar>
          </w:tcPr>
          <w:p w14:paraId="637A8DFE" w14:textId="77777777" w:rsidR="00CB7777" w:rsidRPr="00DB1589" w:rsidRDefault="003260DD">
            <w:pPr>
              <w:spacing w:after="0"/>
              <w:rPr>
                <w:rFonts w:ascii="Blogger Sans" w:hAnsi="Blogger Sans"/>
              </w:rPr>
            </w:pPr>
            <w:r w:rsidRPr="00DB1589">
              <w:rPr>
                <w:rFonts w:ascii="Blogger Sans" w:hAnsi="Blogger Sans"/>
                <w:sz w:val="18"/>
              </w:rPr>
              <w:t>Mitgliedsnummer</w:t>
            </w:r>
          </w:p>
        </w:tc>
      </w:tr>
    </w:tbl>
    <w:p w14:paraId="57D99073" w14:textId="77777777" w:rsidR="00700AB2" w:rsidRPr="00DB1589" w:rsidRDefault="00700AB2" w:rsidP="00DB1589">
      <w:pPr>
        <w:rPr>
          <w:rFonts w:ascii="Blogger Sans" w:hAnsi="Blogger Sans"/>
        </w:rPr>
      </w:pPr>
    </w:p>
    <w:sectPr w:rsidR="00700AB2" w:rsidRPr="00DB1589" w:rsidSect="00034616">
      <w:pgSz w:w="12240" w:h="15840"/>
      <w:pgMar w:top="907" w:right="1134"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0C4CF" w14:textId="77777777" w:rsidR="00D4748E" w:rsidRDefault="00D4748E">
      <w:pPr>
        <w:spacing w:after="0" w:line="240" w:lineRule="auto"/>
      </w:pPr>
      <w:r>
        <w:separator/>
      </w:r>
    </w:p>
  </w:endnote>
  <w:endnote w:type="continuationSeparator" w:id="0">
    <w:p w14:paraId="13257FDD" w14:textId="77777777" w:rsidR="00D4748E" w:rsidRDefault="00D47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logger Sans">
    <w:altName w:val="Calibri"/>
    <w:charset w:val="00"/>
    <w:family w:val="auto"/>
    <w:pitch w:val="variable"/>
    <w:sig w:usb0="A000022F" w:usb1="5200606A" w:usb2="14000000" w:usb3="00000000" w:csb0="00000097"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4C2C8" w14:textId="77777777" w:rsidR="00D4748E" w:rsidRDefault="00D4748E">
      <w:pPr>
        <w:spacing w:after="0" w:line="240" w:lineRule="auto"/>
      </w:pPr>
      <w:r>
        <w:separator/>
      </w:r>
    </w:p>
  </w:footnote>
  <w:footnote w:type="continuationSeparator" w:id="0">
    <w:p w14:paraId="70F8E9E8" w14:textId="77777777" w:rsidR="00D4748E" w:rsidRDefault="00D474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1793284">
    <w:abstractNumId w:val="8"/>
  </w:num>
  <w:num w:numId="2" w16cid:durableId="1722290426">
    <w:abstractNumId w:val="6"/>
  </w:num>
  <w:num w:numId="3" w16cid:durableId="694310379">
    <w:abstractNumId w:val="5"/>
  </w:num>
  <w:num w:numId="4" w16cid:durableId="537013804">
    <w:abstractNumId w:val="4"/>
  </w:num>
  <w:num w:numId="5" w16cid:durableId="2137410527">
    <w:abstractNumId w:val="7"/>
  </w:num>
  <w:num w:numId="6" w16cid:durableId="250817763">
    <w:abstractNumId w:val="3"/>
  </w:num>
  <w:num w:numId="7" w16cid:durableId="87432212">
    <w:abstractNumId w:val="2"/>
  </w:num>
  <w:num w:numId="8" w16cid:durableId="1737439504">
    <w:abstractNumId w:val="1"/>
  </w:num>
  <w:num w:numId="9" w16cid:durableId="1083915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F4E"/>
    <w:rsid w:val="00034616"/>
    <w:rsid w:val="0006063C"/>
    <w:rsid w:val="0015074B"/>
    <w:rsid w:val="00167041"/>
    <w:rsid w:val="0029639D"/>
    <w:rsid w:val="003260DD"/>
    <w:rsid w:val="00326F90"/>
    <w:rsid w:val="003E2916"/>
    <w:rsid w:val="005346BD"/>
    <w:rsid w:val="006C68DD"/>
    <w:rsid w:val="00700AB2"/>
    <w:rsid w:val="00A13106"/>
    <w:rsid w:val="00AA1D8D"/>
    <w:rsid w:val="00AC7318"/>
    <w:rsid w:val="00B47730"/>
    <w:rsid w:val="00CB0664"/>
    <w:rsid w:val="00CB7777"/>
    <w:rsid w:val="00D4748E"/>
    <w:rsid w:val="00DB1589"/>
    <w:rsid w:val="00E633F6"/>
    <w:rsid w:val="00F24A36"/>
    <w:rsid w:val="00F34B5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E4DE1"/>
  <w14:defaultImageDpi w14:val="300"/>
  <w15:docId w15:val="{2A3455EE-E862-40C9-86DD-D677C5F2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fb352d-5d33-4409-8721-eda06213b97f" xsi:nil="true"/>
    <lcf76f155ced4ddcb4097134ff3c332f xmlns="c0dcde02-14c6-42bd-813f-59479d49e3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8BD2DF8CC26E44F8A710FEFB9C27267" ma:contentTypeVersion="18" ma:contentTypeDescription="Ein neues Dokument erstellen." ma:contentTypeScope="" ma:versionID="f440d937053a6140369f2eabc0427f3d">
  <xsd:schema xmlns:xsd="http://www.w3.org/2001/XMLSchema" xmlns:xs="http://www.w3.org/2001/XMLSchema" xmlns:p="http://schemas.microsoft.com/office/2006/metadata/properties" xmlns:ns2="c0dcde02-14c6-42bd-813f-59479d49e370" xmlns:ns3="2ffb352d-5d33-4409-8721-eda06213b97f" targetNamespace="http://schemas.microsoft.com/office/2006/metadata/properties" ma:root="true" ma:fieldsID="b2396252ef5279b533a7c112aa52d857" ns2:_="" ns3:_="">
    <xsd:import namespace="c0dcde02-14c6-42bd-813f-59479d49e370"/>
    <xsd:import namespace="2ffb352d-5d33-4409-8721-eda06213b9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cde02-14c6-42bd-813f-59479d49e3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d0f3e5f-ef14-4250-a99a-d9e245f399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fb352d-5d33-4409-8721-eda06213b97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59f5ff7-e543-49d3-8464-398d9b954d49}" ma:internalName="TaxCatchAll" ma:showField="CatchAllData" ma:web="2ffb352d-5d33-4409-8721-eda06213b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961234-FED2-4B8A-84DC-6D6E9C8CCE96}">
  <ds:schemaRefs>
    <ds:schemaRef ds:uri="http://schemas.microsoft.com/office/2006/metadata/properties"/>
    <ds:schemaRef ds:uri="http://schemas.microsoft.com/office/infopath/2007/PartnerControls"/>
    <ds:schemaRef ds:uri="2ffb352d-5d33-4409-8721-eda06213b97f"/>
    <ds:schemaRef ds:uri="c0dcde02-14c6-42bd-813f-59479d49e370"/>
  </ds:schemaRefs>
</ds:datastoreItem>
</file>

<file path=customXml/itemProps2.xml><?xml version="1.0" encoding="utf-8"?>
<ds:datastoreItem xmlns:ds="http://schemas.openxmlformats.org/officeDocument/2006/customXml" ds:itemID="{E9C69A83-5A7F-4D42-B8CE-918D1FE89175}">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01CCA8A4-EF19-49F0-A3F9-A847E5478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cde02-14c6-42bd-813f-59479d49e370"/>
    <ds:schemaRef ds:uri="2ffb352d-5d33-4409-8721-eda06213b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2495</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Muster Aufnahmeantrag für Kinder und Jugendliche</vt:lpstr>
      <vt:lpstr/>
    </vt:vector>
  </TitlesOfParts>
  <Manager/>
  <Company/>
  <LinksUpToDate>false</LinksUpToDate>
  <CharactersWithSpaces>2885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Aufnahmeantrag für Kinder und Jugendliche</dc:title>
  <dc:subject>Mitgliedschaft von Kindern und Jugendlichen in Ortsverbänden</dc:subject>
  <dc:creator>Kinderschutzbund Bundesverband e. V.</dc:creator>
  <cp:keywords/>
  <dc:description>generated by python-docx</dc:description>
  <cp:lastModifiedBy>Gerlinde Kalinowski-Schleiss</cp:lastModifiedBy>
  <cp:revision>3</cp:revision>
  <cp:lastPrinted>2026-08-13T09:39:00Z</cp:lastPrinted>
  <dcterms:created xsi:type="dcterms:W3CDTF">2026-08-13T10:03:00Z</dcterms:created>
  <dcterms:modified xsi:type="dcterms:W3CDTF">2026-09-21T09:00:00Z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0x01010048BD2DF8CC26E44F8A710FEFB9C27267</vt:lpwstr>
  </property>
  <property fmtid="{D5CDD505-2E9C-101B-9397-08002B2CF9AE}" pid="3" name="MediaServiceImageTags">
    <vt:lpwstr/>
  </property>
</Properties>
</file>